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/>
        <w:t>Ailton Rocha</w:t>
      </w:r>
    </w:p>
    <w:p>
      <w:pPr>
        <w:pStyle w:val="Subtitle"/>
      </w:pPr>
      <w:r>
        <w:rPr/>
        <w:t>Threat Hunter &amp; Detection Engineer</w:t>
      </w:r>
    </w:p>
    <w:p>
      <w:pPr/>
      <w:r>
        <w:rPr/>
        <w:t>São Paulo, Brazil | ailton-1997@hotmail.com.br | linkedin.com/in/aiiltonrocha | github.com/lyonzin | lyonzin.github.io</w:t>
      </w:r>
    </w:p>
    <w:p>
      <w:pPr>
        <w:pStyle w:val="Heading1"/>
      </w:pPr>
      <w:r>
        <w:rPr/>
        <w:t>Summary</w:t>
      </w:r>
    </w:p>
    <w:p>
      <w:pPr/>
      <w:r>
        <w:rPr/>
        <w:t>Threat Hunter and Detection Engineer with 7 years at Vivo (Telefônica Brasil), protecting a 50K+ endpoint environment with Linux, Windows and cloud servers. I run hypothesis-driven threat hunting with MITRE ATT&amp;CK and TaHiTI, and turn findings into production detections on CrowdStrike Falcon (LogScale/CQL and custom IOAs), Cortex XDR and Splunk, cutting false positives by 90%. Solid offensive foundation: a career on the offensive side since 2009 (reverse engineering, anti-cheat and anti-debug for online game servers), DCPT and 4 Hack The Box Pro Labs. Thinking like the attacker is what makes my hunting and Blue Team detections more effective. Creator of knowledge-rag, a local RAG MCP server with 300+ stars on GitHub.</w:t>
      </w:r>
    </w:p>
    <w:p>
      <w:pPr>
        <w:pStyle w:val="Heading1"/>
      </w:pPr>
      <w:r>
        <w:rPr/>
        <w:t>Skills</w:t>
      </w:r>
    </w:p>
    <w:p>
      <w:pPr/>
      <w:r>
        <w:rPr>
          <w:b/>
        </w:rPr>
        <w:t>Threat Hunting &amp; Detection:</w:t>
      </w:r>
      <w:r>
        <w:rPr/>
        <w:t xml:space="preserve"> hypothesis-driven threat hunting, Detection Engineering, MITRE ATT&amp;CK, TaHiTI, correlation rules, IOA and IOC, false positive tuning, Purple Team, Breach and Attack Simulation (BAS).</w:t>
      </w:r>
    </w:p>
    <w:p>
      <w:pPr/>
      <w:r>
        <w:rPr>
          <w:b/>
        </w:rPr>
        <w:t>Platforms:</w:t>
      </w:r>
      <w:r>
        <w:rPr/>
        <w:t xml:space="preserve"> CrowdStrike Falcon, Falcon LogScale (CQL), Cortex XDR, Splunk (SPL), Wazuh, Sysmon, Trellix DLP, Trend Micro XDR, Panda Security, Darktrace, Elastic.</w:t>
      </w:r>
    </w:p>
    <w:p>
      <w:pPr/>
      <w:r>
        <w:rPr>
          <w:b/>
        </w:rPr>
        <w:t>Incident Response &amp; Forensics:</w:t>
      </w:r>
      <w:r>
        <w:rPr/>
        <w:t xml:space="preserve"> DFIR, malware analysis, reverse engineering, memory forensics (Volatility), Velociraptor, Autopsy, FTK, Wireshark.</w:t>
      </w:r>
    </w:p>
    <w:p>
      <w:pPr/>
      <w:r>
        <w:rPr>
          <w:b/>
        </w:rPr>
        <w:t>Offensive Security:</w:t>
      </w:r>
      <w:r>
        <w:rPr/>
        <w:t xml:space="preserve"> Active Directory (Kerberos, delegation, NTLM relay, ADCS ESC1 to ESC14), BloodHound, Impacket, NetExec, Rubeus, Certipy, Mimikatz, pivoting, EDR evasion.</w:t>
      </w:r>
    </w:p>
    <w:p>
      <w:pPr/>
      <w:r>
        <w:rPr>
          <w:b/>
        </w:rPr>
        <w:t>Threat Intelligence:</w:t>
      </w:r>
      <w:r>
        <w:rPr/>
        <w:t xml:space="preserve"> CTI, brand monitoring, credential leaks, phishing and typosquatting, ransomware, executive reporting.</w:t>
      </w:r>
    </w:p>
    <w:p>
      <w:pPr/>
      <w:r>
        <w:rPr>
          <w:b/>
        </w:rPr>
        <w:t>Automation &amp; AI:</w:t>
      </w:r>
      <w:r>
        <w:rPr/>
        <w:t xml:space="preserve"> Python, PowerShell, Bash, REST APIs, Model Context Protocol (MCP), RAG, autonomous and multi-agent LLM systems.</w:t>
      </w:r>
    </w:p>
    <w:p>
      <w:pPr>
        <w:pStyle w:val="Heading1"/>
      </w:pPr>
      <w:r>
        <w:rPr/>
        <w:t>Professional Experience</w:t>
      </w:r>
    </w:p>
    <w:p>
      <w:pPr>
        <w:keepNext/>
        <w:spacing w:before="160"/>
      </w:pPr>
      <w:r>
        <w:rPr>
          <w:b/>
        </w:rPr>
        <w:t>Threat Hunter &amp; Detection Engineer (Cyber Security Consultant)</w:t>
      </w:r>
      <w:r>
        <w:rPr/>
        <w:t xml:space="preserve"> | </w:t>
      </w:r>
      <w:r>
        <w:rPr/>
        <w:t>02/2025 - Present</w:t>
      </w:r>
    </w:p>
    <w:p>
      <w:pPr>
        <w:keepNext/>
      </w:pPr>
      <w:r>
        <w:rPr>
          <w:i/>
        </w:rPr>
        <w:t>Vivo (Telefônica Brasil), São Paulo, Brazil</w:t>
      </w:r>
    </w:p>
    <w:p>
      <w:pPr>
        <w:pStyle w:val="ListBullet"/>
      </w:pPr>
      <w:r>
        <w:rPr/>
        <w:t>Run hypothesis-driven threat hunting across a 50K+ endpoint environment with CrowdStrike Falcon and Falcon LogScale (CQL), mapping technique coverage in MITRE ATT&amp;CK with the TaHiTI methodology.</w:t>
      </w:r>
    </w:p>
    <w:p>
      <w:pPr>
        <w:pStyle w:val="ListBullet"/>
      </w:pPr>
      <w:r>
        <w:rPr/>
        <w:t>Develop detection rules and custom IOAs on CrowdStrike and Cortex XDR; tuning reduced false positives by 90%.</w:t>
      </w:r>
    </w:p>
    <w:p>
      <w:pPr>
        <w:pStyle w:val="ListBullet"/>
      </w:pPr>
      <w:r>
        <w:rPr/>
        <w:t>Built autonomous AI (LLM) agents for security operations: the N1 triage agent for Threat Intelligence alerts closed 62 of 62 cases on day one, all confirmed in blind review.</w:t>
      </w:r>
    </w:p>
    <w:p>
      <w:pPr>
        <w:pStyle w:val="ListBullet"/>
      </w:pPr>
      <w:r>
        <w:rPr/>
        <w:t>Produce the monthly Threat Intelligence bulletin for leadership: telecom, financial sector, data leaks, ransomware and government.</w:t>
      </w:r>
    </w:p>
    <w:p>
      <w:pPr>
        <w:pStyle w:val="ListBullet"/>
      </w:pPr>
      <w:r>
        <w:rPr/>
        <w:t>Run Purple Team with Cymulate on both sides: I create Breach and Attack Simulation tests, map APT TTP coverage in MITRE ATT&amp;CK v19 and evaluate security solutions against those scenarios.</w:t>
      </w:r>
    </w:p>
    <w:p>
      <w:pPr>
        <w:pStyle w:val="ListBullet"/>
      </w:pPr>
      <w:r>
        <w:rPr/>
        <w:t>Hands-on experience evaluating, testing and running EDR and XDR in production: CrowdStrike Falcon and Identity Protection, Cortex XDR, Trend Micro XDR, Panda Security and Darktrace.</w:t>
      </w:r>
    </w:p>
    <w:p>
      <w:pPr>
        <w:pStyle w:val="ListBullet"/>
      </w:pPr>
      <w:r>
        <w:rPr/>
        <w:t>Reverse engineer encrypted malicious binaries and stress-test Identity Protection, EDR, XDR and SIEM solutions.</w:t>
      </w:r>
    </w:p>
    <w:p>
      <w:pPr>
        <w:keepNext/>
        <w:spacing w:before="160"/>
      </w:pPr>
      <w:r>
        <w:rPr>
          <w:b/>
        </w:rPr>
        <w:t>Senior Cyber Security Analyst, Threat Hunting</w:t>
      </w:r>
      <w:r>
        <w:rPr/>
        <w:t xml:space="preserve"> | </w:t>
      </w:r>
      <w:r>
        <w:rPr/>
        <w:t>07/2023 - 02/2025</w:t>
      </w:r>
    </w:p>
    <w:p>
      <w:pPr>
        <w:keepNext/>
      </w:pPr>
      <w:r>
        <w:rPr>
          <w:i/>
        </w:rPr>
        <w:t>Vivo (Telefônica Brasil), São Paulo, Brazil</w:t>
      </w:r>
    </w:p>
    <w:p>
      <w:pPr>
        <w:pStyle w:val="ListBullet"/>
      </w:pPr>
      <w:r>
        <w:rPr/>
        <w:t>Hunted advanced threats (APT, ransomware, spear phishing) with hypothesis-driven methodology and MITRE ATT&amp;CK.</w:t>
      </w:r>
    </w:p>
    <w:p>
      <w:pPr>
        <w:pStyle w:val="ListBullet"/>
      </w:pPr>
      <w:r>
        <w:rPr/>
        <w:t>Created detection rules on CrowdStrike Falcon, Splunk (SPL), Sysmon, Wazuh and Trend Micro.</w:t>
      </w:r>
    </w:p>
    <w:p>
      <w:pPr>
        <w:pStyle w:val="ListBullet"/>
      </w:pPr>
      <w:r>
        <w:rPr/>
        <w:t>Automated hunting workflows with Python and PowerShell, reducing manual triage by 60%.</w:t>
      </w:r>
    </w:p>
    <w:p>
      <w:pPr>
        <w:pStyle w:val="ListBullet"/>
      </w:pPr>
      <w:r>
        <w:rPr/>
        <w:t>Wrote playbooks, runbooks and the LogScale reference documentation used by SOC teams.</w:t>
      </w:r>
    </w:p>
    <w:p>
      <w:pPr>
        <w:keepNext/>
        <w:spacing w:before="160"/>
      </w:pPr>
      <w:r>
        <w:rPr>
          <w:b/>
        </w:rPr>
        <w:t>Cyber Security Analyst, CSIRT</w:t>
      </w:r>
      <w:r>
        <w:rPr/>
        <w:t xml:space="preserve"> | </w:t>
      </w:r>
      <w:r>
        <w:rPr/>
        <w:t>04/2020 - 07/2023</w:t>
      </w:r>
    </w:p>
    <w:p>
      <w:pPr>
        <w:keepNext/>
      </w:pPr>
      <w:r>
        <w:rPr>
          <w:i/>
        </w:rPr>
        <w:t>Vivo (Telefônica Brasil), São Paulo, Brazil</w:t>
      </w:r>
    </w:p>
    <w:p>
      <w:pPr>
        <w:pStyle w:val="ListBullet"/>
      </w:pPr>
      <w:r>
        <w:rPr/>
        <w:t>Investigated and contained ransomware, APT, targeted phishing and web attacks (SQL injection, XSS, CSRF).</w:t>
      </w:r>
    </w:p>
    <w:p>
      <w:pPr>
        <w:pStyle w:val="ListBullet"/>
      </w:pPr>
      <w:r>
        <w:rPr/>
        <w:t>Analyzed malware and network traffic to extract indicators of compromise (IOCs); monitored AV, EDR and SIEM.</w:t>
      </w:r>
    </w:p>
    <w:p>
      <w:pPr>
        <w:pStyle w:val="ListBullet"/>
      </w:pPr>
      <w:r>
        <w:rPr/>
        <w:t>Investigated servers and VPN access and produced technical incident reports.</w:t>
      </w:r>
    </w:p>
    <w:p>
      <w:pPr>
        <w:keepNext/>
        <w:spacing w:before="160"/>
      </w:pPr>
      <w:r>
        <w:rPr>
          <w:b/>
        </w:rPr>
        <w:t>Network Analyst</w:t>
      </w:r>
      <w:r>
        <w:rPr/>
        <w:t xml:space="preserve"> | </w:t>
      </w:r>
      <w:r>
        <w:rPr/>
        <w:t>09/2019 - 01/2020</w:t>
      </w:r>
    </w:p>
    <w:p>
      <w:pPr>
        <w:keepNext/>
      </w:pPr>
      <w:r>
        <w:rPr>
          <w:i/>
        </w:rPr>
        <w:t>Logicalis (Banco Santander account), São Paulo, Brazil</w:t>
      </w:r>
    </w:p>
    <w:p>
      <w:pPr>
        <w:pStyle w:val="ListBullet"/>
      </w:pPr>
      <w:r>
        <w:rPr/>
        <w:t>Cisco equipment configuration and LAN, WAN and wireless troubleshooting in a banking environment.</w:t>
      </w:r>
    </w:p>
    <w:p>
      <w:pPr>
        <w:keepNext/>
        <w:spacing w:before="160"/>
      </w:pPr>
      <w:r>
        <w:rPr>
          <w:b/>
        </w:rPr>
        <w:t>Network Infrastructure Analyst</w:t>
      </w:r>
      <w:r>
        <w:rPr/>
        <w:t xml:space="preserve"> | </w:t>
      </w:r>
      <w:r>
        <w:rPr/>
        <w:t>06/2019 - 09/2019</w:t>
      </w:r>
    </w:p>
    <w:p>
      <w:pPr>
        <w:keepNext/>
      </w:pPr>
      <w:r>
        <w:rPr>
          <w:i/>
        </w:rPr>
        <w:t>Central IT (São Paulo Municipal Department of Education), São Paulo, Brazil</w:t>
      </w:r>
    </w:p>
    <w:p>
      <w:pPr>
        <w:pStyle w:val="ListBullet"/>
      </w:pPr>
      <w:r>
        <w:rPr/>
        <w:t>Operated 10,000 switches and 8,000 access points across 1,500 schools; SonicWall and pfSense firewalls; Zabbix monitoring.</w:t>
      </w:r>
    </w:p>
    <w:p>
      <w:pPr>
        <w:keepNext/>
        <w:spacing w:before="160"/>
      </w:pPr>
      <w:r>
        <w:rPr>
          <w:b/>
        </w:rPr>
        <w:t>Network Analyst (Intern)</w:t>
      </w:r>
      <w:r>
        <w:rPr/>
        <w:t xml:space="preserve"> | </w:t>
      </w:r>
      <w:r>
        <w:rPr/>
        <w:t>03/2017 - 02/2019</w:t>
      </w:r>
    </w:p>
    <w:p>
      <w:pPr>
        <w:keepNext/>
      </w:pPr>
      <w:r>
        <w:rPr>
          <w:i/>
        </w:rPr>
        <w:t>NIC.br, IX.br project, São Paulo, Brazil</w:t>
      </w:r>
    </w:p>
    <w:p>
      <w:pPr>
        <w:pStyle w:val="ListBullet"/>
      </w:pPr>
      <w:r>
        <w:rPr/>
        <w:t>BGP configuration in a multi-vendor environment (Cisco, Brocade, Extreme, Huawei) at IX.br, Brazil's internet exchange point; LACP and bilateral VLANs.</w:t>
      </w:r>
    </w:p>
    <w:p>
      <w:pPr>
        <w:keepNext/>
        <w:spacing w:before="160"/>
      </w:pPr>
      <w:r>
        <w:rPr>
          <w:b/>
        </w:rPr>
        <w:t>Online Game Server Administrator &amp; Reverse Engineer (self-employed)</w:t>
      </w:r>
      <w:r>
        <w:rPr/>
        <w:t xml:space="preserve"> | </w:t>
      </w:r>
      <w:r>
        <w:rPr/>
        <w:t>01/2009 - 01/2014</w:t>
      </w:r>
    </w:p>
    <w:p>
      <w:pPr>
        <w:keepNext/>
      </w:pPr>
      <w:r>
        <w:rPr>
          <w:i/>
        </w:rPr>
        <w:t>Break GunZ, online game server, São Paulo, Brazil</w:t>
      </w:r>
    </w:p>
    <w:p>
      <w:pPr>
        <w:pStyle w:val="ListBullet"/>
      </w:pPr>
      <w:r>
        <w:rPr/>
        <w:t>Built and administered online game servers on Linux and Windows VPS with SQL Server databases.</w:t>
      </w:r>
    </w:p>
    <w:p>
      <w:pPr>
        <w:pStyle w:val="ListBullet"/>
      </w:pPr>
      <w:r>
        <w:rPr/>
        <w:t>Developed an anti-cheat system and anti-debug and anti-tamper protections for 64-bit Windows binaries, with DLLs in C++ and Assembly.</w:t>
      </w:r>
    </w:p>
    <w:p>
      <w:pPr>
        <w:pStyle w:val="ListBullet"/>
      </w:pPr>
      <w:r>
        <w:rPr/>
        <w:t>Reverse engineered client and server binaries (OllyDbg, Immunity Debugger, Process Hacker) to find and close the flaws cheaters exploited.</w:t>
      </w:r>
    </w:p>
    <w:p>
      <w:pPr>
        <w:pStyle w:val="ListBullet"/>
      </w:pPr>
      <w:r>
        <w:rPr/>
        <w:t>Protected the web layer with WAF and DDoS mitigation on Cloudflare plus anti-SQL injection scripts in PHP.</w:t>
      </w:r>
    </w:p>
    <w:p>
      <w:pPr>
        <w:pStyle w:val="Heading1"/>
      </w:pPr>
      <w:r>
        <w:rPr/>
        <w:t>Projects</w:t>
      </w:r>
    </w:p>
    <w:p>
      <w:pPr>
        <w:pStyle w:val="ListBullet"/>
      </w:pPr>
      <w:r>
        <w:rPr>
          <w:b/>
        </w:rPr>
        <w:t>knowledge-rag</w:t>
      </w:r>
      <w:r>
        <w:rPr/>
        <w:t xml:space="preserve"> (creator and maintainer), github.com/lyonzin/knowledge-rag: 100% local RAG MCP server for AI agents, with hybrid search (BM25, semantic and RRF), cross-encoder reranking and 20 file formats. 300+ stars, 49 forks, 28K+ downloads on PyPI and npm, CI with 35+ checks across 9 OS and Python combinations.</w:t>
      </w:r>
    </w:p>
    <w:p>
      <w:pPr>
        <w:pStyle w:val="ListBullet"/>
      </w:pPr>
      <w:r>
        <w:rPr>
          <w:b/>
        </w:rPr>
        <w:t>LogonHoursRobot</w:t>
      </w:r>
      <w:r>
        <w:rPr/>
        <w:t xml:space="preserve"> (private repository): fully automated PowerShell robot that applies and audits logon-hour restrictions across multiple Active Directory domains, with delta processing, byte-level verification, SHA-256 forensic evidence, an HTML dashboard and granular rollback; paginated LDAP tested with 23K+ users.</w:t>
      </w:r>
    </w:p>
    <w:p>
      <w:pPr>
        <w:pStyle w:val="ListBullet"/>
      </w:pPr>
      <w:r>
        <w:rPr>
          <w:b/>
        </w:rPr>
        <w:t>X-SHELL</w:t>
      </w:r>
      <w:r>
        <w:rPr/>
        <w:t xml:space="preserve"> (private repository): red team framework for authorized operations, with reverse shell session management, artifact signing and MCP automation with AI agents (Claude Code, OpenAI and Cursor).</w:t>
      </w:r>
    </w:p>
    <w:p>
      <w:pPr>
        <w:pStyle w:val="Heading1"/>
      </w:pPr>
      <w:r>
        <w:rPr/>
        <w:t>Certifications</w:t>
      </w:r>
    </w:p>
    <w:p>
      <w:pPr/>
      <w:r>
        <w:rPr>
          <w:b/>
        </w:rPr>
        <w:t>eCTHP</w:t>
      </w:r>
      <w:r>
        <w:rPr/>
        <w:t xml:space="preserve">, Certified Threat Hunting Professional (v2) | INE Security </w:t>
      </w:r>
      <w:r>
        <w:rPr/>
        <w:t>| ID 96700960</w:t>
      </w:r>
      <w:r>
        <w:rPr/>
        <w:t xml:space="preserve"> | </w:t>
      </w:r>
      <w:r>
        <w:rPr/>
        <w:t>03/2024</w:t>
      </w:r>
    </w:p>
    <w:p>
      <w:pPr/>
      <w:r>
        <w:rPr>
          <w:b/>
        </w:rPr>
        <w:t>eCIR</w:t>
      </w:r>
      <w:r>
        <w:rPr/>
        <w:t xml:space="preserve">, Certified Incident Responder | INE Security </w:t>
      </w:r>
      <w:r>
        <w:rPr/>
        <w:t>| ID 104767045</w:t>
      </w:r>
      <w:r>
        <w:rPr/>
        <w:t xml:space="preserve"> | </w:t>
      </w:r>
      <w:r>
        <w:rPr/>
        <w:t>05/2024</w:t>
      </w:r>
    </w:p>
    <w:p>
      <w:pPr/>
      <w:r>
        <w:rPr>
          <w:b/>
        </w:rPr>
        <w:t>GCSE</w:t>
      </w:r>
      <w:r>
        <w:rPr/>
        <w:t xml:space="preserve">, Guardicore Certified Segmentation Engineer | Akamai Guardicore </w:t>
      </w:r>
      <w:r>
        <w:rPr/>
        <w:t>| ID GCSE-171243106</w:t>
      </w:r>
      <w:r>
        <w:rPr/>
        <w:t xml:space="preserve"> | </w:t>
      </w:r>
      <w:r>
        <w:rPr/>
        <w:t>12/2023</w:t>
      </w:r>
    </w:p>
    <w:p>
      <w:pPr/>
      <w:r>
        <w:rPr>
          <w:b/>
        </w:rPr>
        <w:t>GCSA</w:t>
      </w:r>
      <w:r>
        <w:rPr/>
        <w:t xml:space="preserve">, Guardicore Certified Segmentation Administrator | Akamai Guardicore </w:t>
      </w:r>
      <w:r>
        <w:rPr/>
        <w:t>| ID GCSA-170342830</w:t>
      </w:r>
      <w:r>
        <w:rPr/>
        <w:t xml:space="preserve"> | </w:t>
      </w:r>
      <w:r>
        <w:rPr/>
        <w:t>12/2023</w:t>
      </w:r>
    </w:p>
    <w:p>
      <w:pPr/>
      <w:r>
        <w:rPr>
          <w:b/>
        </w:rPr>
        <w:t>DCPT</w:t>
      </w:r>
      <w:r>
        <w:rPr/>
        <w:t xml:space="preserve">, Desec Certified Penetration Tester | Desec Security </w:t>
      </w:r>
      <w:r>
        <w:rPr/>
        <w:t>| ID FVNS-QIJMH-OUVZ</w:t>
      </w:r>
      <w:r>
        <w:rPr/>
        <w:t xml:space="preserve"> | </w:t>
      </w:r>
      <w:r>
        <w:rPr/>
        <w:t>12/2022</w:t>
      </w:r>
    </w:p>
    <w:p>
      <w:pPr/>
      <w:r>
        <w:rPr>
          <w:b/>
        </w:rPr>
        <w:t>SCFE</w:t>
      </w:r>
      <w:r>
        <w:rPr/>
        <w:t>, Sec4US Certified Forensics Expert | Sec4US</w:t>
      </w:r>
      <w:r>
        <w:rPr/>
        <w:t xml:space="preserve"> | </w:t>
      </w:r>
      <w:r>
        <w:rPr/>
        <w:t>10/2022</w:t>
      </w:r>
    </w:p>
    <w:p>
      <w:pPr/>
      <w:r>
        <w:rPr>
          <w:b/>
        </w:rPr>
        <w:t>PDPE</w:t>
      </w:r>
      <w:r>
        <w:rPr/>
        <w:t>, Privacy and Data Protection Essentials | EXIN</w:t>
      </w:r>
      <w:r>
        <w:rPr/>
        <w:t xml:space="preserve"> | </w:t>
      </w:r>
      <w:r>
        <w:rPr/>
        <w:t>02/2021</w:t>
      </w:r>
    </w:p>
    <w:p>
      <w:pPr>
        <w:pStyle w:val="Heading1"/>
      </w:pPr>
      <w:r>
        <w:rPr/>
        <w:t>Practical Labs: Hack The Box Pro Labs</w:t>
      </w:r>
    </w:p>
    <w:p>
      <w:pPr/>
      <w:r>
        <w:rPr>
          <w:b/>
        </w:rPr>
        <w:t>RastaLabs</w:t>
      </w:r>
      <w:r>
        <w:rPr/>
        <w:t>, red team in Active Directory with defense evasion</w:t>
      </w:r>
      <w:r>
        <w:rPr/>
        <w:t xml:space="preserve"> | </w:t>
      </w:r>
      <w:r>
        <w:rPr/>
        <w:t>11/2026</w:t>
      </w:r>
    </w:p>
    <w:p>
      <w:pPr/>
      <w:r>
        <w:rPr>
          <w:b/>
        </w:rPr>
        <w:t>Zephyr</w:t>
      </w:r>
      <w:r>
        <w:rPr/>
        <w:t xml:space="preserve">, multi-domain Active Directory, relay, trusts and pivoting </w:t>
      </w:r>
      <w:r>
        <w:rPr/>
        <w:t>| HTBCERT-D6337FFDC3</w:t>
      </w:r>
      <w:r>
        <w:rPr/>
        <w:t xml:space="preserve"> | </w:t>
      </w:r>
      <w:r>
        <w:rPr/>
        <w:t>04/2026</w:t>
      </w:r>
    </w:p>
    <w:p>
      <w:pPr/>
      <w:r>
        <w:rPr>
          <w:b/>
        </w:rPr>
        <w:t>Puppet</w:t>
      </w:r>
      <w:r>
        <w:rPr/>
        <w:t xml:space="preserve">, C2 operations, Active Directory and DevOps </w:t>
      </w:r>
      <w:r>
        <w:rPr/>
        <w:t>| HTBCERT-86470B4B5B</w:t>
      </w:r>
      <w:r>
        <w:rPr/>
        <w:t xml:space="preserve"> | </w:t>
      </w:r>
      <w:r>
        <w:rPr/>
        <w:t>02/2026</w:t>
      </w:r>
    </w:p>
    <w:p>
      <w:pPr/>
      <w:r>
        <w:rPr>
          <w:b/>
        </w:rPr>
        <w:t>Dante</w:t>
      </w:r>
      <w:r>
        <w:rPr/>
        <w:t xml:space="preserve">, corporate network pentest with pivoting </w:t>
      </w:r>
      <w:r>
        <w:rPr/>
        <w:t>| HTBCERT-AAB49A3E31</w:t>
      </w:r>
      <w:r>
        <w:rPr/>
        <w:t xml:space="preserve"> | </w:t>
      </w:r>
      <w:r>
        <w:rPr/>
        <w:t>12/2025</w:t>
      </w:r>
    </w:p>
    <w:p>
      <w:pPr>
        <w:pStyle w:val="Heading1"/>
      </w:pPr>
      <w:r>
        <w:rPr/>
        <w:t>Additional Training</w:t>
      </w:r>
    </w:p>
    <w:p>
      <w:pPr>
        <w:pStyle w:val="Heading2"/>
      </w:pPr>
      <w:r>
        <w:rPr/>
        <w:t>Detection, forensics and response</w:t>
      </w:r>
    </w:p>
    <w:p>
      <w:pPr/>
      <w:r>
        <w:rPr>
          <w:b/>
        </w:rPr>
        <w:t>Advanced Digital Forensics for Windows</w:t>
      </w:r>
      <w:r>
        <w:rPr/>
        <w:t xml:space="preserve"> (GHADFW) </w:t>
      </w:r>
      <w:r>
        <w:rPr/>
        <w:t>| GoHacking</w:t>
      </w:r>
      <w:r>
        <w:rPr/>
        <w:t xml:space="preserve"> | </w:t>
      </w:r>
      <w:r>
        <w:rPr/>
        <w:t>2025</w:t>
      </w:r>
    </w:p>
    <w:p>
      <w:pPr/>
      <w:r>
        <w:rPr>
          <w:b/>
        </w:rPr>
        <w:t>Reverse Engineering Malware</w:t>
      </w:r>
      <w:r>
        <w:rPr/>
        <w:t xml:space="preserve"> (EHREM) </w:t>
      </w:r>
      <w:r>
        <w:rPr/>
        <w:t>| GoHacking</w:t>
      </w:r>
      <w:r>
        <w:rPr/>
        <w:t xml:space="preserve"> | </w:t>
      </w:r>
      <w:r>
        <w:rPr/>
        <w:t>2023</w:t>
      </w:r>
    </w:p>
    <w:p>
      <w:pPr/>
      <w:r>
        <w:rPr>
          <w:b/>
        </w:rPr>
        <w:t>Security Operation Center Foundations</w:t>
      </w:r>
      <w:r>
        <w:rPr/>
        <w:t xml:space="preserve"> </w:t>
      </w:r>
      <w:r>
        <w:rPr/>
        <w:t>| GoHacking</w:t>
      </w:r>
      <w:r>
        <w:rPr/>
        <w:t xml:space="preserve"> | </w:t>
      </w:r>
      <w:r>
        <w:rPr/>
        <w:t>2023</w:t>
      </w:r>
    </w:p>
    <w:p>
      <w:pPr/>
      <w:r>
        <w:rPr>
          <w:b/>
        </w:rPr>
        <w:t>Splunk Enterprise 9.0 System Administration</w:t>
      </w:r>
      <w:r>
        <w:rPr/>
        <w:t xml:space="preserve"> </w:t>
      </w:r>
      <w:r>
        <w:rPr/>
        <w:t>| Splunk</w:t>
      </w:r>
      <w:r>
        <w:rPr/>
        <w:t xml:space="preserve"> | </w:t>
      </w:r>
      <w:r>
        <w:rPr/>
        <w:t>2023</w:t>
      </w:r>
    </w:p>
    <w:p>
      <w:pPr/>
      <w:r>
        <w:rPr>
          <w:b/>
        </w:rPr>
        <w:t>Splunk Cloud Administration</w:t>
      </w:r>
      <w:r>
        <w:rPr/>
        <w:t xml:space="preserve"> </w:t>
      </w:r>
      <w:r>
        <w:rPr/>
        <w:t>| Splunk</w:t>
      </w:r>
      <w:r>
        <w:rPr/>
        <w:t xml:space="preserve"> | </w:t>
      </w:r>
      <w:r>
        <w:rPr/>
        <w:t>2023</w:t>
      </w:r>
    </w:p>
    <w:p>
      <w:pPr/>
      <w:r>
        <w:rPr>
          <w:b/>
        </w:rPr>
        <w:t>Digital Forensics Advanced</w:t>
      </w:r>
      <w:r>
        <w:rPr/>
        <w:t xml:space="preserve"> </w:t>
      </w:r>
      <w:r>
        <w:rPr/>
        <w:t>| Sec4US</w:t>
      </w:r>
      <w:r>
        <w:rPr/>
        <w:t xml:space="preserve"> | </w:t>
      </w:r>
      <w:r>
        <w:rPr/>
        <w:t>2022</w:t>
      </w:r>
    </w:p>
    <w:p>
      <w:pPr/>
      <w:r>
        <w:rPr>
          <w:b/>
        </w:rPr>
        <w:t>Active Directory Defense</w:t>
      </w:r>
      <w:r>
        <w:rPr/>
        <w:t xml:space="preserve"> (GHADD) </w:t>
      </w:r>
      <w:r>
        <w:rPr/>
        <w:t>| GoHacking, no date</w:t>
      </w:r>
    </w:p>
    <w:p>
      <w:pPr>
        <w:pStyle w:val="Heading2"/>
      </w:pPr>
      <w:r>
        <w:rPr/>
        <w:t>Offensive security</w:t>
      </w:r>
    </w:p>
    <w:p>
      <w:pPr/>
      <w:r>
        <w:rPr>
          <w:b/>
        </w:rPr>
        <w:t>Active Directory Certificate Services</w:t>
      </w:r>
      <w:r>
        <w:rPr/>
        <w:t xml:space="preserve"> (GHADCS) </w:t>
      </w:r>
      <w:r>
        <w:rPr/>
        <w:t>| GoHacking</w:t>
      </w:r>
      <w:r>
        <w:rPr/>
        <w:t xml:space="preserve"> | </w:t>
      </w:r>
      <w:r>
        <w:rPr/>
        <w:t>2024</w:t>
      </w:r>
    </w:p>
    <w:p>
      <w:pPr/>
      <w:r>
        <w:rPr>
          <w:b/>
        </w:rPr>
        <w:t>Active Directory Operations</w:t>
      </w:r>
      <w:r>
        <w:rPr/>
        <w:t xml:space="preserve"> (EHADOP) </w:t>
      </w:r>
      <w:r>
        <w:rPr/>
        <w:t>| GoHacking</w:t>
      </w:r>
      <w:r>
        <w:rPr/>
        <w:t xml:space="preserve"> | </w:t>
      </w:r>
      <w:r>
        <w:rPr/>
        <w:t>2023</w:t>
      </w:r>
    </w:p>
    <w:p>
      <w:pPr/>
      <w:r>
        <w:rPr>
          <w:b/>
        </w:rPr>
        <w:t>Endpoint Protection Evasion</w:t>
      </w:r>
      <w:r>
        <w:rPr/>
        <w:t xml:space="preserve"> (EHEPE) </w:t>
      </w:r>
      <w:r>
        <w:rPr/>
        <w:t>| GoHacking</w:t>
      </w:r>
      <w:r>
        <w:rPr/>
        <w:t xml:space="preserve"> | </w:t>
      </w:r>
      <w:r>
        <w:rPr/>
        <w:t>2023</w:t>
      </w:r>
    </w:p>
    <w:p>
      <w:pPr/>
      <w:r>
        <w:rPr>
          <w:b/>
        </w:rPr>
        <w:t>Active Directory Exploitation</w:t>
      </w:r>
      <w:r>
        <w:rPr/>
        <w:t xml:space="preserve"> </w:t>
      </w:r>
      <w:r>
        <w:rPr/>
        <w:t>| Sec4US</w:t>
      </w:r>
      <w:r>
        <w:rPr/>
        <w:t xml:space="preserve"> | </w:t>
      </w:r>
      <w:r>
        <w:rPr/>
        <w:t>2023</w:t>
      </w:r>
    </w:p>
    <w:p>
      <w:pPr/>
      <w:r>
        <w:rPr>
          <w:b/>
        </w:rPr>
        <w:t>Web API Exploitation</w:t>
      </w:r>
      <w:r>
        <w:rPr/>
        <w:t xml:space="preserve"> </w:t>
      </w:r>
      <w:r>
        <w:rPr/>
        <w:t>| Sec4US</w:t>
      </w:r>
      <w:r>
        <w:rPr/>
        <w:t xml:space="preserve"> | </w:t>
      </w:r>
      <w:r>
        <w:rPr/>
        <w:t>2023</w:t>
      </w:r>
    </w:p>
    <w:p>
      <w:pPr/>
      <w:r>
        <w:rPr>
          <w:b/>
        </w:rPr>
        <w:t>Web Hacking na Prática 2.0</w:t>
      </w:r>
      <w:r>
        <w:rPr/>
        <w:t xml:space="preserve"> </w:t>
      </w:r>
      <w:r>
        <w:rPr/>
        <w:t>| CrowSec</w:t>
      </w:r>
      <w:r>
        <w:rPr/>
        <w:t xml:space="preserve"> | </w:t>
      </w:r>
      <w:r>
        <w:rPr/>
        <w:t>2023</w:t>
      </w:r>
    </w:p>
    <w:p>
      <w:pPr/>
      <w:r>
        <w:rPr>
          <w:b/>
        </w:rPr>
        <w:t>Pentest Experience</w:t>
      </w:r>
      <w:r>
        <w:rPr/>
        <w:t xml:space="preserve"> </w:t>
      </w:r>
      <w:r>
        <w:rPr/>
        <w:t>| Desec Security</w:t>
      </w:r>
      <w:r>
        <w:rPr/>
        <w:t xml:space="preserve"> | </w:t>
      </w:r>
      <w:r>
        <w:rPr/>
        <w:t>2022</w:t>
      </w:r>
    </w:p>
    <w:p>
      <w:pPr/>
      <w:r>
        <w:rPr>
          <w:b/>
        </w:rPr>
        <w:t>Pentest Profissional</w:t>
      </w:r>
      <w:r>
        <w:rPr/>
        <w:t xml:space="preserve"> </w:t>
      </w:r>
      <w:r>
        <w:rPr/>
        <w:t>| Desec Security</w:t>
      </w:r>
      <w:r>
        <w:rPr/>
        <w:t xml:space="preserve"> | </w:t>
      </w:r>
      <w:r>
        <w:rPr/>
        <w:t>2022</w:t>
      </w:r>
    </w:p>
    <w:p>
      <w:pPr/>
      <w:r>
        <w:rPr>
          <w:b/>
        </w:rPr>
        <w:t>Wi-Fi Hacking Enterprise 1.0</w:t>
      </w:r>
      <w:r>
        <w:rPr/>
        <w:t xml:space="preserve"> </w:t>
      </w:r>
      <w:r>
        <w:rPr/>
        <w:t>| Desec Security</w:t>
      </w:r>
      <w:r>
        <w:rPr/>
        <w:t xml:space="preserve"> | </w:t>
      </w:r>
      <w:r>
        <w:rPr/>
        <w:t>2021</w:t>
      </w:r>
    </w:p>
    <w:p>
      <w:pPr>
        <w:pStyle w:val="Heading2"/>
      </w:pPr>
      <w:r>
        <w:rPr/>
        <w:t>AI and networking</w:t>
      </w:r>
    </w:p>
    <w:p>
      <w:pPr/>
      <w:r>
        <w:rPr>
          <w:b/>
        </w:rPr>
        <w:t>Formação em Inteligência Artificial</w:t>
      </w:r>
      <w:r>
        <w:rPr/>
        <w:t xml:space="preserve"> </w:t>
      </w:r>
      <w:r>
        <w:rPr/>
        <w:t>| branas.io</w:t>
      </w:r>
      <w:r>
        <w:rPr/>
        <w:t xml:space="preserve"> | </w:t>
      </w:r>
      <w:r>
        <w:rPr/>
        <w:t>2026</w:t>
      </w:r>
    </w:p>
    <w:p>
      <w:pPr/>
      <w:r>
        <w:rPr>
          <w:b/>
        </w:rPr>
        <w:t>IPv6</w:t>
      </w:r>
      <w:r>
        <w:rPr/>
        <w:t xml:space="preserve"> </w:t>
      </w:r>
      <w:r>
        <w:rPr/>
        <w:t>| NIC.br</w:t>
      </w:r>
      <w:r>
        <w:rPr/>
        <w:t xml:space="preserve"> | </w:t>
      </w:r>
      <w:r>
        <w:rPr/>
        <w:t>2018</w:t>
      </w:r>
    </w:p>
    <w:p>
      <w:pPr/>
      <w:r>
        <w:rPr>
          <w:b/>
        </w:rPr>
        <w:t>CCNA</w:t>
      </w:r>
      <w:r>
        <w:rPr/>
        <w:t xml:space="preserve"> (course) </w:t>
      </w:r>
      <w:r>
        <w:rPr/>
        <w:t>| no date</w:t>
      </w:r>
    </w:p>
    <w:p>
      <w:pPr>
        <w:pStyle w:val="Heading1"/>
      </w:pPr>
      <w:r>
        <w:rPr/>
        <w:t>Education</w:t>
      </w:r>
    </w:p>
    <w:p>
      <w:pPr/>
      <w:r>
        <w:rPr>
          <w:b/>
        </w:rPr>
        <w:t>Postgraduate, Applied AI Engineering</w:t>
      </w:r>
      <w:r>
        <w:rPr/>
        <w:t xml:space="preserve"> | UNIPDS | in progress</w:t>
      </w:r>
      <w:r>
        <w:rPr/>
        <w:t xml:space="preserve"> | </w:t>
      </w:r>
      <w:r>
        <w:rPr/>
        <w:t>2026</w:t>
      </w:r>
    </w:p>
    <w:p>
      <w:pPr/>
      <w:r>
        <w:rPr>
          <w:b/>
        </w:rPr>
        <w:t>Postgraduate, Cyber Security</w:t>
      </w:r>
      <w:r>
        <w:rPr/>
        <w:t xml:space="preserve"> | Instituto Daryus</w:t>
      </w:r>
      <w:r>
        <w:rPr/>
        <w:t xml:space="preserve"> | </w:t>
      </w:r>
      <w:r>
        <w:rPr/>
        <w:t>2019 - 2021</w:t>
      </w:r>
    </w:p>
    <w:p>
      <w:pPr/>
      <w:r>
        <w:rPr>
          <w:b/>
        </w:rPr>
        <w:t>Computer Networks (Technologist)</w:t>
      </w:r>
      <w:r>
        <w:rPr/>
        <w:t xml:space="preserve"> | Faculdade Impacta</w:t>
      </w:r>
      <w:r>
        <w:rPr/>
        <w:t xml:space="preserve"> | </w:t>
      </w:r>
      <w:r>
        <w:rPr/>
        <w:t>2016 - 2018</w:t>
      </w:r>
    </w:p>
    <w:p>
      <w:pPr>
        <w:pStyle w:val="Heading1"/>
      </w:pPr>
      <w:r>
        <w:rPr/>
        <w:t>Languages</w:t>
      </w:r>
    </w:p>
    <w:p>
      <w:pPr/>
      <w:r>
        <w:rPr/>
        <w:t>Portuguese: native. English: basic.</w:t>
      </w:r>
    </w:p>
    <w:sectPr w:rsidR="00FC693F" w:rsidRPr="0006063C" w:rsidSect="00034616">
      <w:pgSz w:w="11906" w:h="16838"/>
      <w:pgMar w:top="907" w:right="907" w:bottom="90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60" w:line="259" w:lineRule="auto"/>
    </w:pPr>
    <w:rPr>
      <w:rFonts w:ascii="Calibri" w:hAnsi="Calibri"/>
      <w:b w:val="0"/>
      <w:i w:val="0"/>
      <w:color w:val="000000"/>
      <w:sz w:val="21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="Calibri" w:hAnsi="Calibri"/>
      <w:b/>
      <w:bCs/>
      <w:i w:val="0"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20"/>
      <w:outlineLvl w:val="1"/>
    </w:pPr>
    <w:rPr>
      <w:rFonts w:ascii="Calibri" w:hAnsi="Calibri"/>
      <w:b/>
      <w:bCs/>
      <w:i w:val="0"/>
      <w:color w:val="000000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" w:line="240" w:lineRule="auto" w:before="0"/>
      <w:contextualSpacing/>
    </w:pPr>
    <w:rPr>
      <w:rFonts w:ascii="Calibri" w:hAnsi="Calibri"/>
      <w:b/>
      <w:i w:val="0"/>
      <w:color w:val="000000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40"/>
    </w:pPr>
    <w:rPr>
      <w:rFonts w:ascii="Calibri" w:hAnsi="Calibri"/>
      <w:b w:val="0"/>
      <w:i w:val="0"/>
      <w:iCs/>
      <w:color w:val="000000"/>
      <w:spacing w:val="15"/>
      <w:sz w:val="23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40"/>
      <w:contextualSpacing/>
    </w:pPr>
    <w:rPr>
      <w:rFonts w:ascii="Calibri" w:hAnsi="Calibri"/>
      <w:b w:val="0"/>
      <w:i w:val="0"/>
      <w:color w:val="000000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Ailton Rocha | Threat Hunter &amp; Detection Engineer | Resume</dc:title>
  <dc:subject>Resume of Ailton Rocha, Threat Hunter &amp; Detection Engineer in São Paulo</dc:subject>
  <dc:creator>Ailton Rocha</dc:creator>
  <cp:keywords>Threat Hunting, Detection Engineering, Threat Intelligence, CTI, DFIR, Red Team, Blue Team, Purple Team, MITRE ATT&amp;CK, CrowdStrike Falcon, Cortex XDR, Splunk, AI agents, SecOps</cp:keywords>
  <dc:description/>
  <cp:lastModifiedBy>Ailton Rocha</cp:lastModifiedBy>
  <cp:revision>1</cp:revision>
  <dcterms:created xsi:type="dcterms:W3CDTF">2026-11-05T19:54:55Z</dcterms:created>
  <dcterms:modified xsi:type="dcterms:W3CDTF">2026-11-05T19:54:55Z</dcterms:modified>
  <cp:category/>
  <dc:language>en-US</dc:language>
</cp:coreProperties>
</file>